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5505" w14:textId="77777777" w:rsidR="00EE7961" w:rsidRDefault="00000000">
      <w:pPr>
        <w:jc w:val="right"/>
      </w:pPr>
      <w:r>
        <w:t>令和8年　　月　　日</w:t>
      </w:r>
    </w:p>
    <w:p w14:paraId="32C3A12B" w14:textId="77777777" w:rsidR="00EE7961" w:rsidRDefault="00000000">
      <w:pPr>
        <w:rPr>
          <w:lang w:eastAsia="ja-JP"/>
        </w:rPr>
      </w:pPr>
      <w:proofErr w:type="spellStart"/>
      <w:r>
        <w:t>高千穂町長</w:t>
      </w:r>
      <w:proofErr w:type="spellEnd"/>
      <w:r>
        <w:t xml:space="preserve">　甲斐　</w:t>
      </w:r>
      <w:proofErr w:type="spellStart"/>
      <w:r>
        <w:t>宗之</w:t>
      </w:r>
      <w:proofErr w:type="spellEnd"/>
      <w:r>
        <w:t xml:space="preserve">　様</w:t>
      </w:r>
    </w:p>
    <w:p w14:paraId="41071CDD" w14:textId="77777777" w:rsidR="00506C95" w:rsidRDefault="00506C95">
      <w:pPr>
        <w:rPr>
          <w:lang w:eastAsia="ja-JP"/>
        </w:rPr>
      </w:pPr>
    </w:p>
    <w:p w14:paraId="160ACE4F" w14:textId="3D13C22B" w:rsidR="00EE7961" w:rsidRDefault="00000000">
      <w:pPr>
        <w:jc w:val="center"/>
        <w:rPr>
          <w:lang w:eastAsia="ja-JP"/>
        </w:rPr>
      </w:pPr>
      <w:r>
        <w:rPr>
          <w:b/>
          <w:sz w:val="28"/>
          <w:lang w:eastAsia="ja-JP"/>
        </w:rPr>
        <w:t>高千穂都市計画用途地域の変更案に対する意見書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803"/>
      </w:tblGrid>
      <w:tr w:rsidR="00EE7961" w14:paraId="7381C5B8" w14:textId="77777777">
        <w:trPr>
          <w:jc w:val="center"/>
        </w:trPr>
        <w:tc>
          <w:tcPr>
            <w:tcW w:w="3118" w:type="dxa"/>
            <w:shd w:val="clear" w:color="auto" w:fill="EAF2F8"/>
            <w:vAlign w:val="center"/>
          </w:tcPr>
          <w:p w14:paraId="37995E74" w14:textId="77777777" w:rsidR="00EE7961" w:rsidRPr="00AB1834" w:rsidRDefault="00000000">
            <w:pPr>
              <w:rPr>
                <w:szCs w:val="28"/>
              </w:rPr>
            </w:pPr>
            <w:proofErr w:type="spellStart"/>
            <w:r w:rsidRPr="00AB1834">
              <w:rPr>
                <w:b/>
                <w:szCs w:val="28"/>
              </w:rPr>
              <w:t>住所（所在地</w:t>
            </w:r>
            <w:proofErr w:type="spellEnd"/>
            <w:r w:rsidRPr="00AB1834">
              <w:rPr>
                <w:b/>
                <w:szCs w:val="28"/>
              </w:rPr>
              <w:t>）</w:t>
            </w:r>
          </w:p>
        </w:tc>
        <w:tc>
          <w:tcPr>
            <w:tcW w:w="6803" w:type="dxa"/>
            <w:vAlign w:val="center"/>
          </w:tcPr>
          <w:p w14:paraId="11C952FF" w14:textId="77777777" w:rsidR="00EE7961" w:rsidRDefault="00000000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  <w:tr w:rsidR="00EE7961" w14:paraId="4363E7B0" w14:textId="77777777">
        <w:trPr>
          <w:jc w:val="center"/>
        </w:trPr>
        <w:tc>
          <w:tcPr>
            <w:tcW w:w="3118" w:type="dxa"/>
            <w:shd w:val="clear" w:color="auto" w:fill="EAF2F8"/>
            <w:vAlign w:val="center"/>
          </w:tcPr>
          <w:p w14:paraId="548B0FD1" w14:textId="77777777" w:rsidR="00EE7961" w:rsidRPr="00AB1834" w:rsidRDefault="00000000">
            <w:pPr>
              <w:rPr>
                <w:szCs w:val="28"/>
                <w:lang w:eastAsia="ja-JP"/>
              </w:rPr>
            </w:pPr>
            <w:r w:rsidRPr="00AB1834">
              <w:rPr>
                <w:b/>
                <w:szCs w:val="28"/>
                <w:lang w:eastAsia="ja-JP"/>
              </w:rPr>
              <w:t>氏名（法人名・代表者名）</w:t>
            </w:r>
          </w:p>
        </w:tc>
        <w:tc>
          <w:tcPr>
            <w:tcW w:w="6803" w:type="dxa"/>
            <w:vAlign w:val="center"/>
          </w:tcPr>
          <w:p w14:paraId="75EA9505" w14:textId="77777777" w:rsidR="00EE7961" w:rsidRDefault="00000000">
            <w:pPr>
              <w:rPr>
                <w:lang w:eastAsia="ja-JP"/>
              </w:rPr>
            </w:pPr>
            <w:r>
              <w:rPr>
                <w:sz w:val="18"/>
                <w:lang w:eastAsia="ja-JP"/>
              </w:rPr>
              <w:br/>
            </w:r>
            <w:r>
              <w:rPr>
                <w:sz w:val="18"/>
                <w:lang w:eastAsia="ja-JP"/>
              </w:rPr>
              <w:br/>
            </w:r>
          </w:p>
        </w:tc>
      </w:tr>
      <w:tr w:rsidR="00EE7961" w14:paraId="07936ABF" w14:textId="77777777">
        <w:trPr>
          <w:jc w:val="center"/>
        </w:trPr>
        <w:tc>
          <w:tcPr>
            <w:tcW w:w="3118" w:type="dxa"/>
            <w:shd w:val="clear" w:color="auto" w:fill="EAF2F8"/>
            <w:vAlign w:val="center"/>
          </w:tcPr>
          <w:p w14:paraId="6ABC22FA" w14:textId="77777777" w:rsidR="00EE7961" w:rsidRPr="00AB1834" w:rsidRDefault="00000000">
            <w:pPr>
              <w:rPr>
                <w:szCs w:val="28"/>
              </w:rPr>
            </w:pPr>
            <w:proofErr w:type="spellStart"/>
            <w:r w:rsidRPr="00AB1834">
              <w:rPr>
                <w:b/>
                <w:szCs w:val="28"/>
              </w:rPr>
              <w:t>電話番号</w:t>
            </w:r>
            <w:proofErr w:type="spellEnd"/>
          </w:p>
        </w:tc>
        <w:tc>
          <w:tcPr>
            <w:tcW w:w="6803" w:type="dxa"/>
            <w:vAlign w:val="center"/>
          </w:tcPr>
          <w:p w14:paraId="4E96BB11" w14:textId="77777777" w:rsidR="00EE7961" w:rsidRDefault="00000000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  <w:tr w:rsidR="00EE7961" w14:paraId="1537DF7C" w14:textId="77777777">
        <w:trPr>
          <w:jc w:val="center"/>
        </w:trPr>
        <w:tc>
          <w:tcPr>
            <w:tcW w:w="3118" w:type="dxa"/>
            <w:shd w:val="clear" w:color="auto" w:fill="EAF2F8"/>
            <w:vAlign w:val="center"/>
          </w:tcPr>
          <w:p w14:paraId="3D72E69F" w14:textId="77777777" w:rsidR="00EE7961" w:rsidRPr="00AB1834" w:rsidRDefault="00000000">
            <w:pPr>
              <w:rPr>
                <w:szCs w:val="28"/>
                <w:lang w:eastAsia="ja-JP"/>
              </w:rPr>
            </w:pPr>
            <w:r w:rsidRPr="00AB1834">
              <w:rPr>
                <w:b/>
                <w:szCs w:val="28"/>
                <w:lang w:eastAsia="ja-JP"/>
              </w:rPr>
              <w:t>利害関係の内容</w:t>
            </w:r>
            <w:r w:rsidRPr="00AB1834">
              <w:rPr>
                <w:b/>
                <w:szCs w:val="28"/>
                <w:lang w:eastAsia="ja-JP"/>
              </w:rPr>
              <w:br/>
              <w:t>※町外在住者のみ</w:t>
            </w:r>
          </w:p>
        </w:tc>
        <w:tc>
          <w:tcPr>
            <w:tcW w:w="6803" w:type="dxa"/>
            <w:vAlign w:val="center"/>
          </w:tcPr>
          <w:p w14:paraId="7C06354E" w14:textId="77777777" w:rsidR="00EE7961" w:rsidRDefault="00000000">
            <w:pPr>
              <w:rPr>
                <w:lang w:eastAsia="ja-JP"/>
              </w:rPr>
            </w:pPr>
            <w:r>
              <w:rPr>
                <w:sz w:val="18"/>
                <w:lang w:eastAsia="ja-JP"/>
              </w:rPr>
              <w:br/>
            </w:r>
            <w:r>
              <w:rPr>
                <w:sz w:val="18"/>
                <w:lang w:eastAsia="ja-JP"/>
              </w:rPr>
              <w:br/>
            </w:r>
          </w:p>
        </w:tc>
      </w:tr>
    </w:tbl>
    <w:p w14:paraId="1B854C20" w14:textId="77777777" w:rsidR="00EE7961" w:rsidRDefault="00000000" w:rsidP="00C112EF">
      <w:pPr>
        <w:spacing w:beforeLines="100" w:before="240" w:after="0"/>
      </w:pPr>
      <w:r>
        <w:rPr>
          <w:b/>
        </w:rPr>
        <w:t>1　意見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889"/>
      </w:tblGrid>
      <w:tr w:rsidR="00EE7961" w14:paraId="436C1636" w14:textId="77777777" w:rsidTr="00C112EF">
        <w:tc>
          <w:tcPr>
            <w:tcW w:w="9889" w:type="dxa"/>
            <w:vAlign w:val="center"/>
          </w:tcPr>
          <w:p w14:paraId="63C62451" w14:textId="77777777" w:rsidR="00EE7961" w:rsidRDefault="00000000"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</w:tr>
    </w:tbl>
    <w:p w14:paraId="249CE6D7" w14:textId="77777777" w:rsidR="00EE7961" w:rsidRDefault="00000000" w:rsidP="00C112EF">
      <w:pPr>
        <w:spacing w:beforeLines="100" w:before="240" w:after="0"/>
      </w:pPr>
      <w:r>
        <w:rPr>
          <w:b/>
        </w:rPr>
        <w:t>2　意見の理由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889"/>
      </w:tblGrid>
      <w:tr w:rsidR="00EE7961" w14:paraId="597F5F4F" w14:textId="77777777" w:rsidTr="00C112EF">
        <w:tc>
          <w:tcPr>
            <w:tcW w:w="9889" w:type="dxa"/>
            <w:vAlign w:val="center"/>
          </w:tcPr>
          <w:p w14:paraId="32509C0D" w14:textId="77777777" w:rsidR="00EE7961" w:rsidRDefault="00000000"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</w:tr>
    </w:tbl>
    <w:p w14:paraId="06784992" w14:textId="6A3B3DFC" w:rsidR="00EE7961" w:rsidRDefault="00000000">
      <w:pPr>
        <w:spacing w:after="80"/>
        <w:rPr>
          <w:lang w:eastAsia="ja-JP"/>
        </w:rPr>
      </w:pPr>
      <w:r>
        <w:rPr>
          <w:sz w:val="18"/>
          <w:lang w:eastAsia="ja-JP"/>
        </w:rPr>
        <w:t>※意見書は、令和8年8月31日（月）午後5時15分までに、高千穂町建設課まちづくり推進係へ持参又は郵送（必着）</w:t>
      </w:r>
      <w:r w:rsidR="00AA416C">
        <w:rPr>
          <w:rFonts w:hint="eastAsia"/>
          <w:sz w:val="18"/>
          <w:lang w:eastAsia="ja-JP"/>
        </w:rPr>
        <w:t>、メールにて提出</w:t>
      </w:r>
      <w:r>
        <w:rPr>
          <w:sz w:val="18"/>
          <w:lang w:eastAsia="ja-JP"/>
        </w:rPr>
        <w:t>してください。</w:t>
      </w:r>
    </w:p>
    <w:p w14:paraId="73158214" w14:textId="00E3E525" w:rsidR="00EE7961" w:rsidRDefault="00000000" w:rsidP="00506C95">
      <w:pPr>
        <w:spacing w:after="80"/>
        <w:rPr>
          <w:lang w:eastAsia="ja-JP"/>
        </w:rPr>
      </w:pPr>
      <w:r>
        <w:rPr>
          <w:sz w:val="18"/>
          <w:lang w:eastAsia="ja-JP"/>
        </w:rPr>
        <w:t>※提出された意見書は、個人情報を除き、その要旨を高千穂町都市計画審議会へ提出することがあります。</w:t>
      </w:r>
    </w:p>
    <w:sectPr w:rsidR="00EE7961" w:rsidSect="00034616">
      <w:pgSz w:w="12240" w:h="15840"/>
      <w:pgMar w:top="1134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405D4" w14:textId="77777777" w:rsidR="006B189B" w:rsidRDefault="006B189B">
      <w:pPr>
        <w:spacing w:after="0" w:line="240" w:lineRule="auto"/>
      </w:pPr>
      <w:r>
        <w:separator/>
      </w:r>
    </w:p>
  </w:endnote>
  <w:endnote w:type="continuationSeparator" w:id="0">
    <w:p w14:paraId="65B3C2B4" w14:textId="77777777" w:rsidR="006B189B" w:rsidRDefault="006B1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BE241" w14:textId="77777777" w:rsidR="006B189B" w:rsidRDefault="006B189B">
      <w:pPr>
        <w:spacing w:after="0" w:line="240" w:lineRule="auto"/>
      </w:pPr>
      <w:r>
        <w:separator/>
      </w:r>
    </w:p>
  </w:footnote>
  <w:footnote w:type="continuationSeparator" w:id="0">
    <w:p w14:paraId="235A47BE" w14:textId="77777777" w:rsidR="006B189B" w:rsidRDefault="006B1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1089284">
    <w:abstractNumId w:val="8"/>
  </w:num>
  <w:num w:numId="2" w16cid:durableId="569854654">
    <w:abstractNumId w:val="6"/>
  </w:num>
  <w:num w:numId="3" w16cid:durableId="1722902856">
    <w:abstractNumId w:val="5"/>
  </w:num>
  <w:num w:numId="4" w16cid:durableId="729887646">
    <w:abstractNumId w:val="4"/>
  </w:num>
  <w:num w:numId="5" w16cid:durableId="1112937127">
    <w:abstractNumId w:val="7"/>
  </w:num>
  <w:num w:numId="6" w16cid:durableId="993995587">
    <w:abstractNumId w:val="3"/>
  </w:num>
  <w:num w:numId="7" w16cid:durableId="1023361380">
    <w:abstractNumId w:val="2"/>
  </w:num>
  <w:num w:numId="8" w16cid:durableId="1553424524">
    <w:abstractNumId w:val="1"/>
  </w:num>
  <w:num w:numId="9" w16cid:durableId="1579098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837"/>
    <w:rsid w:val="00034616"/>
    <w:rsid w:val="0006063C"/>
    <w:rsid w:val="000A6828"/>
    <w:rsid w:val="000C3ADC"/>
    <w:rsid w:val="0015074B"/>
    <w:rsid w:val="001A6FA2"/>
    <w:rsid w:val="0029639D"/>
    <w:rsid w:val="003168D3"/>
    <w:rsid w:val="00326F90"/>
    <w:rsid w:val="003339D6"/>
    <w:rsid w:val="004815F4"/>
    <w:rsid w:val="00506C95"/>
    <w:rsid w:val="00683D91"/>
    <w:rsid w:val="006B189B"/>
    <w:rsid w:val="008178E7"/>
    <w:rsid w:val="00AA1D8D"/>
    <w:rsid w:val="00AA416C"/>
    <w:rsid w:val="00AB1834"/>
    <w:rsid w:val="00B00784"/>
    <w:rsid w:val="00B47730"/>
    <w:rsid w:val="00C112EF"/>
    <w:rsid w:val="00CB0664"/>
    <w:rsid w:val="00DE58B1"/>
    <w:rsid w:val="00DE5CF8"/>
    <w:rsid w:val="00E57945"/>
    <w:rsid w:val="00ED0098"/>
    <w:rsid w:val="00EE79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E871A"/>
  <w14:defaultImageDpi w14:val="300"/>
  <w15:docId w15:val="{BBA9F6E2-AB98-4E81-809C-6A015489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明朝" w:eastAsia="游明朝" w:hAnsi="游明朝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4815F4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481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公昭 飯干</cp:lastModifiedBy>
  <cp:revision>6</cp:revision>
  <cp:lastPrinted>2026-08-07T01:12:00Z</cp:lastPrinted>
  <dcterms:created xsi:type="dcterms:W3CDTF">2013-12-23T23:15:00Z</dcterms:created>
  <dcterms:modified xsi:type="dcterms:W3CDTF">2026-08-07T01:13:00Z</dcterms:modified>
  <cp:category/>
</cp:coreProperties>
</file>